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HashtagMyStyle client onboarding forms</w:t>
      </w:r>
    </w:p>
    <w:p>
      <w:r>
        <w:t>Build a brief that feels like you. Complete the shared profile and only the page for your chosen service. Extras and feedback are optional. You can type in this Word file or use the website’s guided style brief. Keep your copy until a secure sharing method is confirmed; completing these forms does not book a service or authorize payment.</w:t>
      </w:r>
    </w:p>
    <w:p>
      <w:pPr>
        <w:pStyle w:val="Heading1"/>
      </w:pPr>
      <w:r>
        <w:t>Your shared style profile</w:t>
      </w:r>
    </w:p>
    <w:p>
      <w:r>
        <w:rPr>
          <w:b/>
        </w:rPr>
        <w:t xml:space="preserve">Name  </w:t>
      </w:r>
      <w:r>
        <w:t>[Enter here]</w:t>
      </w:r>
    </w:p>
    <w:p>
      <w:r>
        <w:rPr>
          <w:b/>
        </w:rPr>
        <w:t xml:space="preserve">Email if you want to include it  </w:t>
      </w:r>
      <w:r>
        <w:t>[Enter here]</w:t>
      </w:r>
    </w:p>
    <w:p>
      <w:r>
        <w:rPr>
          <w:b/>
        </w:rPr>
        <w:t xml:space="preserve">Chosen service  </w:t>
      </w:r>
      <w:r>
        <w:t>[Enter here]</w:t>
      </w:r>
    </w:p>
    <w:p>
      <w:r>
        <w:rPr>
          <w:b/>
        </w:rPr>
        <w:t xml:space="preserve">Your main wardrobe goal  </w:t>
      </w:r>
      <w:r>
        <w:t>[Enter here]</w:t>
      </w:r>
    </w:p>
    <w:p>
      <w:r>
        <w:rPr>
          <w:b/>
        </w:rPr>
        <w:t xml:space="preserve">Three words for your personal style  </w:t>
      </w:r>
      <w:r>
        <w:t>[Enter here]</w:t>
      </w:r>
    </w:p>
    <w:p>
      <w:r>
        <w:rPr>
          <w:b/>
        </w:rPr>
        <w:t xml:space="preserve">Comfort fabric or fit preferences you want to share  </w:t>
      </w:r>
      <w:r>
        <w:t>[Enter here]</w:t>
      </w:r>
    </w:p>
    <w:p>
      <w:r>
        <w:t>Shopping preference: [ ] Use my closet only  [ ] Secondhand first  [ ] Open to a small planned purchase</w:t>
      </w:r>
    </w:p>
    <w:p>
      <w:r>
        <w:t>[ ] I am age 18 or older.  [ ] I understand this is a preparation brief only.</w:t>
      </w:r>
    </w:p>
    <w:p>
      <w:pPr>
        <w:pStyle w:val="Heading2"/>
      </w:pPr>
      <w:r>
        <w:t>Keep it comfortable</w:t>
      </w:r>
    </w:p>
    <w:p>
      <w:r>
        <w:t>Share only what helps the styling task. Leave out payment details, identification documents, medical history, and information about children. Item-only photos are welcome. Prepare images privately; do not send them until secure sharing instructions are provided. Shopping is never required.</w:t>
      </w:r>
    </w:p>
    <w:p>
      <w:r>
        <w:br w:type="page"/>
      </w:r>
    </w:p>
    <w:p>
      <w:pPr>
        <w:pStyle w:val="Heading1"/>
      </w:pPr>
      <w:r>
        <w:t>Buy or Return Check</w:t>
      </w:r>
    </w:p>
    <w:p>
      <w:r>
        <w:t>Listed price: $25 per item. One item decision, fit and duplication review, and two pairing ideas. One-business-day response after a complete brief and confirmed booking. Scope and final price are confirmed before payment.</w:t>
      </w:r>
    </w:p>
    <w:p>
      <w:r>
        <w:rPr>
          <w:b/>
        </w:rPr>
        <w:t xml:space="preserve">What item are we deciding on? (required for this brief)  </w:t>
      </w:r>
      <w:r>
        <w:t>[Enter here]</w:t>
      </w:r>
    </w:p>
    <w:p>
      <w:r>
        <w:rPr>
          <w:b/>
        </w:rPr>
        <w:t xml:space="preserve">What would you like help deciding? (required for this brief) Options: Buy; Keep; Return; Tailor; Look for secondhand  </w:t>
      </w:r>
      <w:r>
        <w:t>[Enter here]</w:t>
      </w:r>
    </w:p>
    <w:p>
      <w:r>
        <w:rPr>
          <w:b/>
        </w:rPr>
        <w:t xml:space="preserve">Item price and currency, if known (optional)  </w:t>
      </w:r>
      <w:r>
        <w:t>[Enter here]</w:t>
      </w:r>
    </w:p>
    <w:p>
      <w:r>
        <w:rPr>
          <w:b/>
        </w:rPr>
        <w:t xml:space="preserve">Return deadline, if there is one (optional)  </w:t>
      </w:r>
      <w:r>
        <w:t>[Enter here]</w:t>
      </w:r>
    </w:p>
    <w:p>
      <w:r>
        <w:rPr>
          <w:b/>
        </w:rPr>
        <w:t xml:space="preserve">What similar pieces do you already own? (optional)  </w:t>
      </w:r>
      <w:r>
        <w:t>[Enter here]</w:t>
      </w:r>
    </w:p>
    <w:p>
      <w:r>
        <w:rPr>
          <w:b/>
        </w:rPr>
        <w:t xml:space="preserve">What feels right or wrong about the fit? (optional)  </w:t>
      </w:r>
      <w:r>
        <w:t>[Enter here]</w:t>
      </w:r>
    </w:p>
    <w:p>
      <w:pPr>
        <w:pStyle w:val="Heading2"/>
      </w:pPr>
      <w:r>
        <w:t>Photo preparation</w:t>
      </w:r>
    </w:p>
    <w:p>
      <w:r>
        <w:t>[ ] The item front and back</w:t>
      </w:r>
    </w:p>
    <w:p>
      <w:r>
        <w:t>[ ] Optional try-on photo with your face cropped</w:t>
      </w:r>
    </w:p>
    <w:p>
      <w:r>
        <w:t>[ ] Two or three pieces you would pair with it</w:t>
      </w:r>
    </w:p>
    <w:p>
      <w:r>
        <w:t>Use your own images. Crop faces and personal details if you prefer. No intimate images or images of children. Marketing permission is separate.</w:t>
      </w:r>
    </w:p>
    <w:p>
      <w:r>
        <w:br w:type="page"/>
      </w:r>
    </w:p>
    <w:p>
      <w:pPr>
        <w:pStyle w:val="Heading1"/>
      </w:pPr>
      <w:r>
        <w:t>Style SOS</w:t>
      </w:r>
    </w:p>
    <w:p>
      <w:r>
        <w:t>Listed price: $35 per request. One outfit decision, finishing details, and one adjustment. Same-day response only after availability and the required materials are confirmed. Scope and final price are confirmed before payment.</w:t>
      </w:r>
    </w:p>
    <w:p>
      <w:r>
        <w:rPr>
          <w:b/>
        </w:rPr>
        <w:t xml:space="preserve">What are you getting dressed for? (required for this brief)  </w:t>
      </w:r>
      <w:r>
        <w:t>[Enter here]</w:t>
      </w:r>
    </w:p>
    <w:p>
      <w:r>
        <w:rPr>
          <w:b/>
        </w:rPr>
        <w:t xml:space="preserve">When do you need the outfit? Include your time zone. (required for this brief)  </w:t>
      </w:r>
      <w:r>
        <w:t>[Enter here]</w:t>
      </w:r>
    </w:p>
    <w:p>
      <w:r>
        <w:rPr>
          <w:b/>
        </w:rPr>
        <w:t xml:space="preserve">Dress code or setting (optional)  </w:t>
      </w:r>
      <w:r>
        <w:t>[Enter here]</w:t>
      </w:r>
    </w:p>
    <w:p>
      <w:r>
        <w:rPr>
          <w:b/>
        </w:rPr>
        <w:t xml:space="preserve">What are your outfit options? (optional)  </w:t>
      </w:r>
      <w:r>
        <w:t>[Enter here]</w:t>
      </w:r>
    </w:p>
    <w:p>
      <w:r>
        <w:rPr>
          <w:b/>
        </w:rPr>
        <w:t xml:space="preserve">What is making the choice tricky? (optional)  </w:t>
      </w:r>
      <w:r>
        <w:t>[Enter here]</w:t>
      </w:r>
    </w:p>
    <w:p>
      <w:r>
        <w:rPr>
          <w:b/>
        </w:rPr>
        <w:t xml:space="preserve">Weather, walking, sitting, or comfort needs (optional)  </w:t>
      </w:r>
      <w:r>
        <w:t>[Enter here]</w:t>
      </w:r>
    </w:p>
    <w:p>
      <w:pPr>
        <w:pStyle w:val="Heading2"/>
      </w:pPr>
      <w:r>
        <w:t>Photo preparation</w:t>
      </w:r>
    </w:p>
    <w:p>
      <w:r>
        <w:t>[ ] Up to three outfit options</w:t>
      </w:r>
    </w:p>
    <w:p>
      <w:r>
        <w:t>[ ] Shoes and accessories you already own</w:t>
      </w:r>
    </w:p>
    <w:p>
      <w:r>
        <w:t>Use your own images. Crop faces and personal details if you prefer. No intimate images or images of children. Marketing permission is separate.</w:t>
      </w:r>
    </w:p>
    <w:p>
      <w:r>
        <w:br w:type="page"/>
      </w:r>
    </w:p>
    <w:p>
      <w:pPr>
        <w:pStyle w:val="Heading1"/>
      </w:pPr>
      <w:r>
        <w:t>Outfit Multiplier</w:t>
      </w:r>
    </w:p>
    <w:p>
      <w:r>
        <w:t>Listed price: $69 per hero piece. Six outfit formulas for one piece, with fit notes and an optional genuine gap. Delivery date is agreed before payment. Scope and final price are confirmed before payment.</w:t>
      </w:r>
    </w:p>
    <w:p>
      <w:r>
        <w:rPr>
          <w:b/>
        </w:rPr>
        <w:t xml:space="preserve">Which piece deserves more airtime? (required for this brief)  </w:t>
      </w:r>
      <w:r>
        <w:t>[Enter here]</w:t>
      </w:r>
    </w:p>
    <w:p>
      <w:r>
        <w:rPr>
          <w:b/>
        </w:rPr>
        <w:t xml:space="preserve">Where would you like to wear it? (required for this brief)  </w:t>
      </w:r>
      <w:r>
        <w:t>[Enter here]</w:t>
      </w:r>
    </w:p>
    <w:p>
      <w:r>
        <w:rPr>
          <w:b/>
        </w:rPr>
        <w:t xml:space="preserve">What have you already tried with it? (optional)  </w:t>
      </w:r>
      <w:r>
        <w:t>[Enter here]</w:t>
      </w:r>
    </w:p>
    <w:p>
      <w:r>
        <w:rPr>
          <w:b/>
        </w:rPr>
        <w:t xml:space="preserve">What other pieces and accessories could work? (optional)  </w:t>
      </w:r>
      <w:r>
        <w:t>[Enter here]</w:t>
      </w:r>
    </w:p>
    <w:p>
      <w:r>
        <w:rPr>
          <w:b/>
        </w:rPr>
        <w:t xml:space="preserve">What stops you wearing it now? (optional)  </w:t>
      </w:r>
      <w:r>
        <w:t>[Enter here]</w:t>
      </w:r>
    </w:p>
    <w:p>
      <w:pPr>
        <w:pStyle w:val="Heading2"/>
      </w:pPr>
      <w:r>
        <w:t>Photo preparation</w:t>
      </w:r>
    </w:p>
    <w:p>
      <w:r>
        <w:t>[ ] Your chosen piece front and back</w:t>
      </w:r>
    </w:p>
    <w:p>
      <w:r>
        <w:t>[ ] A small selection of tops, bottoms, layers, and shoes you own</w:t>
      </w:r>
    </w:p>
    <w:p>
      <w:r>
        <w:t>Use your own images. Crop faces and personal details if you prefer. No intimate images or images of children. Marketing permission is separate.</w:t>
      </w:r>
    </w:p>
    <w:p>
      <w:r>
        <w:br w:type="page"/>
      </w:r>
    </w:p>
    <w:p>
      <w:pPr>
        <w:pStyle w:val="Heading1"/>
      </w:pPr>
      <w:r>
        <w:t>Occasion or Travel Edit</w:t>
      </w:r>
    </w:p>
    <w:p>
      <w:r>
        <w:t>Listed price: $129 per plan. Five head-to-toe looks, an event or itinerary outfit map, try-on review, and one revision. Delivery date is agreed around your event or trip before payment. Scope and final price are confirmed before payment.</w:t>
      </w:r>
    </w:p>
    <w:p>
      <w:r>
        <w:rPr>
          <w:b/>
        </w:rPr>
        <w:t xml:space="preserve">Tell us about the event or trip (required for this brief)  </w:t>
      </w:r>
      <w:r>
        <w:t>[Enter here]</w:t>
      </w:r>
    </w:p>
    <w:p>
      <w:r>
        <w:rPr>
          <w:b/>
        </w:rPr>
        <w:t xml:space="preserve">Event or departure date (required for this brief)  </w:t>
      </w:r>
      <w:r>
        <w:t>[Enter here]</w:t>
      </w:r>
    </w:p>
    <w:p>
      <w:r>
        <w:rPr>
          <w:b/>
        </w:rPr>
        <w:t xml:space="preserve">How many days and which types of activities? (optional)  </w:t>
      </w:r>
      <w:r>
        <w:t>[Enter here]</w:t>
      </w:r>
    </w:p>
    <w:p>
      <w:r>
        <w:rPr>
          <w:b/>
        </w:rPr>
        <w:t xml:space="preserve">Climate or general destination region (optional)  </w:t>
      </w:r>
      <w:r>
        <w:t>[Enter here]</w:t>
      </w:r>
    </w:p>
    <w:p>
      <w:r>
        <w:rPr>
          <w:b/>
        </w:rPr>
        <w:t xml:space="preserve">Dress codes or cultural considerations (optional)  </w:t>
      </w:r>
      <w:r>
        <w:t>[Enter here]</w:t>
      </w:r>
    </w:p>
    <w:p>
      <w:r>
        <w:rPr>
          <w:b/>
        </w:rPr>
        <w:t xml:space="preserve">Luggage, laundry, or packing limits (optional)  </w:t>
      </w:r>
      <w:r>
        <w:t>[Enter here]</w:t>
      </w:r>
    </w:p>
    <w:p>
      <w:r>
        <w:rPr>
          <w:b/>
        </w:rPr>
        <w:t xml:space="preserve">Which pieces are you happy to repeat? (optional)  </w:t>
      </w:r>
      <w:r>
        <w:t>[Enter here]</w:t>
      </w:r>
    </w:p>
    <w:p>
      <w:pPr>
        <w:pStyle w:val="Heading2"/>
      </w:pPr>
      <w:r>
        <w:t>Photo preparation</w:t>
      </w:r>
    </w:p>
    <w:p>
      <w:r>
        <w:t>[ ] Pieces you want to bring or wear</w:t>
      </w:r>
    </w:p>
    <w:p>
      <w:r>
        <w:t>[ ] Shoes, bags, layers, and accessories</w:t>
      </w:r>
    </w:p>
    <w:p>
      <w:r>
        <w:t>Use your own images. Crop faces and personal details if you prefer. No intimate images or images of children. Marketing permission is separate.</w:t>
      </w:r>
    </w:p>
    <w:p>
      <w:r>
        <w:br w:type="page"/>
      </w:r>
    </w:p>
    <w:p>
      <w:pPr>
        <w:pStyle w:val="Heading1"/>
      </w:pPr>
      <w:r>
        <w:t>Closet Reset</w:t>
      </w:r>
    </w:p>
    <w:p>
      <w:r>
        <w:t>Listed price: $249 per experience. A 90-minute virtual edit, 20 outfit formulas, a keep/repair/resale plan, and a 21-day follow-up. Session and delivery dates are agreed before payment. Scope and final price are confirmed before payment.</w:t>
      </w:r>
    </w:p>
    <w:p>
      <w:r>
        <w:rPr>
          <w:b/>
        </w:rPr>
        <w:t xml:space="preserve">What would you like your wardrobe to do differently? (required for this brief)  </w:t>
      </w:r>
      <w:r>
        <w:t>[Enter here]</w:t>
      </w:r>
    </w:p>
    <w:p>
      <w:r>
        <w:rPr>
          <w:b/>
        </w:rPr>
        <w:t xml:space="preserve">Which categories need attention first? (required for this brief)  </w:t>
      </w:r>
      <w:r>
        <w:t>[Enter here]</w:t>
      </w:r>
    </w:p>
    <w:p>
      <w:r>
        <w:rPr>
          <w:b/>
        </w:rPr>
        <w:t xml:space="preserve">What do you love and definitely want to keep? (optional)  </w:t>
      </w:r>
      <w:r>
        <w:t>[Enter here]</w:t>
      </w:r>
    </w:p>
    <w:p>
      <w:r>
        <w:rPr>
          <w:b/>
        </w:rPr>
        <w:t xml:space="preserve">Which pieces need repair or a fit adjustment? (optional)  </w:t>
      </w:r>
      <w:r>
        <w:t>[Enter here]</w:t>
      </w:r>
    </w:p>
    <w:p>
      <w:r>
        <w:rPr>
          <w:b/>
        </w:rPr>
        <w:t xml:space="preserve">Are you interested in reselling, swapping, or donating? (optional) Options: Not now; Reselling; Swapping or donating; A mix of options  </w:t>
      </w:r>
      <w:r>
        <w:t>[Enter here]</w:t>
      </w:r>
    </w:p>
    <w:p>
      <w:r>
        <w:rPr>
          <w:b/>
        </w:rPr>
        <w:t xml:space="preserve">Two or three session windows, with time zone (optional)  </w:t>
      </w:r>
      <w:r>
        <w:t>[Enter here]</w:t>
      </w:r>
    </w:p>
    <w:p>
      <w:r>
        <w:rPr>
          <w:b/>
        </w:rPr>
        <w:t xml:space="preserve">What would make the 21-day follow-up useful? (optional)  </w:t>
      </w:r>
      <w:r>
        <w:t>[Enter here]</w:t>
      </w:r>
    </w:p>
    <w:p>
      <w:pPr>
        <w:pStyle w:val="Heading2"/>
      </w:pPr>
      <w:r>
        <w:t>Photo preparation</w:t>
      </w:r>
    </w:p>
    <w:p>
      <w:r>
        <w:t>[ ] An overview of the closet area you want help with</w:t>
      </w:r>
    </w:p>
    <w:p>
      <w:r>
        <w:t>[ ] A few favorites and a few pieces you are unsure about</w:t>
      </w:r>
    </w:p>
    <w:p>
      <w:r>
        <w:t>Use your own images. Crop faces and personal details if you prefer. No intimate images or images of children. Marketing permission is separate.</w:t>
      </w:r>
    </w:p>
    <w:p>
      <w:r>
        <w:br w:type="page"/>
      </w:r>
    </w:p>
    <w:p>
      <w:pPr>
        <w:pStyle w:val="Heading1"/>
      </w:pPr>
      <w:r>
        <w:t>Closet Passport Build</w:t>
      </w:r>
    </w:p>
    <w:p>
      <w:r>
        <w:t>Listed price: $395 per wardrobe. Up to 60 priority pieces cataloged, care and wear notes, outfit links, and a 30-day review. Catalog and review dates are agreed before payment. Scope and final price are confirmed before payment.</w:t>
      </w:r>
    </w:p>
    <w:p>
      <w:r>
        <w:rPr>
          <w:b/>
        </w:rPr>
        <w:t xml:space="preserve">About how many priority pieces? (required for this brief) Options: 1–15; 16–30; 31–45; 46–60; More than 60 — request a separate scope  </w:t>
      </w:r>
      <w:r>
        <w:t>[Enter here]</w:t>
      </w:r>
    </w:p>
    <w:p>
      <w:r>
        <w:rPr>
          <w:b/>
        </w:rPr>
        <w:t xml:space="preserve">Which pieces or categories come first? (required for this brief)  </w:t>
      </w:r>
      <w:r>
        <w:t>[Enter here]</w:t>
      </w:r>
    </w:p>
    <w:p>
      <w:r>
        <w:rPr>
          <w:b/>
        </w:rPr>
        <w:t xml:space="preserve">What wardrobe records do you already have? (optional)  </w:t>
      </w:r>
      <w:r>
        <w:t>[Enter here]</w:t>
      </w:r>
    </w:p>
    <w:p>
      <w:r>
        <w:rPr>
          <w:b/>
        </w:rPr>
        <w:t xml:space="preserve">What do you want to track? (optional)  </w:t>
      </w:r>
      <w:r>
        <w:t>[Enter here]</w:t>
      </w:r>
    </w:p>
    <w:p>
      <w:r>
        <w:rPr>
          <w:b/>
        </w:rPr>
        <w:t xml:space="preserve">Do you know purchase prices, fabrics, or care instructions? Unknown is fine. (optional)  </w:t>
      </w:r>
      <w:r>
        <w:t>[Enter here]</w:t>
      </w:r>
    </w:p>
    <w:p>
      <w:r>
        <w:rPr>
          <w:b/>
        </w:rPr>
        <w:t xml:space="preserve">Any preferences for the final wardrobe record? (optional)  </w:t>
      </w:r>
      <w:r>
        <w:t>[Enter here]</w:t>
      </w:r>
    </w:p>
    <w:p>
      <w:pPr>
        <w:pStyle w:val="Heading2"/>
      </w:pPr>
      <w:r>
        <w:t>Photo preparation</w:t>
      </w:r>
    </w:p>
    <w:p>
      <w:r>
        <w:t>[ ] Clear item-only photos for up to 60 priority pieces</w:t>
      </w:r>
    </w:p>
    <w:p>
      <w:r>
        <w:t>[ ] Care labels where useful; hide unrelated personal information</w:t>
      </w:r>
    </w:p>
    <w:p>
      <w:r>
        <w:t>Use your own images. Crop faces and personal details if you prefer. No intimate images or images of children. Marketing permission is separate.</w:t>
      </w:r>
    </w:p>
    <w:p>
      <w:r>
        <w:br w:type="page"/>
      </w:r>
    </w:p>
    <w:p>
      <w:pPr>
        <w:pStyle w:val="Heading1"/>
      </w:pPr>
      <w:r>
        <w:t>Style On Call</w:t>
      </w:r>
    </w:p>
    <w:p>
      <w:r>
        <w:t>Listed price: $79 per month. Four quick decisions, six monthly looks, wardrobe notes, and priority response. Response windows and the start date are confirmed before enrollment. Scope and final price are confirmed before payment.</w:t>
      </w:r>
    </w:p>
    <w:p>
      <w:r>
        <w:rPr>
          <w:b/>
        </w:rPr>
        <w:t xml:space="preserve">What is coming up this month? (required for this brief)  </w:t>
      </w:r>
      <w:r>
        <w:t>[Enter here]</w:t>
      </w:r>
    </w:p>
    <w:p>
      <w:r>
        <w:rPr>
          <w:b/>
        </w:rPr>
        <w:t xml:space="preserve">What would you most like help with regularly? (required for this brief)  </w:t>
      </w:r>
      <w:r>
        <w:t>[Enter here]</w:t>
      </w:r>
    </w:p>
    <w:p>
      <w:r>
        <w:rPr>
          <w:b/>
        </w:rPr>
        <w:t xml:space="preserve">Which pieces are your everyday starting point? (optional)  </w:t>
      </w:r>
      <w:r>
        <w:t>[Enter here]</w:t>
      </w:r>
    </w:p>
    <w:p>
      <w:r>
        <w:rPr>
          <w:b/>
        </w:rPr>
        <w:t xml:space="preserve">Preferred check-in rhythm and time zone (optional)  </w:t>
      </w:r>
      <w:r>
        <w:t>[Enter here]</w:t>
      </w:r>
    </w:p>
    <w:p>
      <w:r>
        <w:rPr>
          <w:b/>
        </w:rPr>
        <w:t xml:space="preserve">What would make the first month feel worthwhile? (optional)  </w:t>
      </w:r>
      <w:r>
        <w:t>[Enter here]</w:t>
      </w:r>
    </w:p>
    <w:p>
      <w:pPr>
        <w:pStyle w:val="Heading2"/>
      </w:pPr>
      <w:r>
        <w:t>Photo preparation</w:t>
      </w:r>
    </w:p>
    <w:p>
      <w:r>
        <w:t>[ ] A small set of regularly worn pieces</w:t>
      </w:r>
    </w:p>
    <w:p>
      <w:r>
        <w:t>[ ] Outfits or events for your upcoming month</w:t>
      </w:r>
    </w:p>
    <w:p>
      <w:r>
        <w:t>Use your own images. Crop faces and personal details if you prefer. No intimate images or images of children. Marketing permission is separate.</w:t>
      </w:r>
    </w:p>
    <w:p>
      <w:r>
        <w:br w:type="page"/>
      </w:r>
    </w:p>
    <w:p>
      <w:pPr>
        <w:pStyle w:val="Heading1"/>
      </w:pPr>
      <w:r>
        <w:t>Optional extras</w:t>
      </w:r>
    </w:p>
    <w:p>
      <w:r>
        <w:t>Choose only what is useful. Each extra needs scope and availability confirmation. Selecting an extra here does not authorize a charge.</w:t>
      </w:r>
    </w:p>
    <w:p>
      <w:pPr>
        <w:pStyle w:val="Heading2"/>
      </w:pPr>
      <w:r>
        <w:t>Rush turnaround</w:t>
      </w:r>
    </w:p>
    <w:p>
      <w:r>
        <w:t>[ ] Interested • $25. Availability must be confirmed; choosing rush does not guarantee delivery.</w:t>
      </w:r>
    </w:p>
    <w:p>
      <w:r>
        <w:rPr>
          <w:b/>
        </w:rPr>
        <w:t xml:space="preserve">Your exact deadline and time zone  </w:t>
      </w:r>
      <w:r>
        <w:t>[Enter here]</w:t>
      </w:r>
    </w:p>
    <w:p>
      <w:pPr>
        <w:pStyle w:val="Heading2"/>
      </w:pPr>
      <w:r>
        <w:t>Repair and tailor map</w:t>
      </w:r>
    </w:p>
    <w:p>
      <w:r>
        <w:t>[ ] Interested • $35. Guidance only; physical tailoring and third-party charges are separate.</w:t>
      </w:r>
    </w:p>
    <w:p>
      <w:r>
        <w:rPr>
          <w:b/>
        </w:rPr>
        <w:t xml:space="preserve">Up to eight pieces and what needs fixing  </w:t>
      </w:r>
      <w:r>
        <w:t>[Enter here]</w:t>
      </w:r>
    </w:p>
    <w:p>
      <w:pPr>
        <w:pStyle w:val="Heading2"/>
      </w:pPr>
      <w:r>
        <w:t>Shopping shortlist</w:t>
      </w:r>
    </w:p>
    <w:p>
      <w:r>
        <w:t>[ ] Interested • $39. Five options; purchases are optional and paid directly to the retailer.</w:t>
      </w:r>
    </w:p>
    <w:p>
      <w:r>
        <w:rPr>
          <w:b/>
        </w:rPr>
        <w:t xml:space="preserve">What genuine wardrobe gap needs filling?  </w:t>
      </w:r>
      <w:r>
        <w:t>[Enter here]</w:t>
      </w:r>
    </w:p>
    <w:p>
      <w:r>
        <w:rPr>
          <w:b/>
        </w:rPr>
        <w:t xml:space="preserve">Maximum shopping budget and currency  </w:t>
      </w:r>
      <w:r>
        <w:t>[Enter here]</w:t>
      </w:r>
    </w:p>
    <w:p>
      <w:pPr>
        <w:pStyle w:val="Heading2"/>
      </w:pPr>
      <w:r>
        <w:t>Resale-ready edit</w:t>
      </w:r>
    </w:p>
    <w:p>
      <w:r>
        <w:t>[ ] Interested • $45. Listing guidance does not guarantee a sale or a selling price.</w:t>
      </w:r>
    </w:p>
    <w:p>
      <w:r>
        <w:rPr>
          <w:b/>
        </w:rPr>
        <w:t xml:space="preserve">Up to ten pieces, brands, and condition notes  </w:t>
      </w:r>
      <w:r>
        <w:t>[Enter here]</w:t>
      </w:r>
    </w:p>
    <w:p>
      <w:pPr>
        <w:pStyle w:val="Heading2"/>
      </w:pPr>
      <w:r>
        <w:t>Color and fit map</w:t>
      </w:r>
    </w:p>
    <w:p>
      <w:r>
        <w:t>[ ] Interested • $49. Share only what you are comfortable sharing; measurements and photos are optional.</w:t>
      </w:r>
    </w:p>
    <w:p>
      <w:r>
        <w:rPr>
          <w:b/>
        </w:rPr>
        <w:t xml:space="preserve">Colors and silhouettes you enjoy or avoid  </w:t>
      </w:r>
      <w:r>
        <w:t>[Enter here]</w:t>
      </w:r>
    </w:p>
    <w:p>
      <w:r>
        <w:rPr>
          <w:b/>
        </w:rPr>
        <w:t xml:space="preserve">Optional fit or fabric comfort preferences  </w:t>
      </w:r>
      <w:r>
        <w:t>[Enter here]</w:t>
      </w:r>
    </w:p>
    <w:p>
      <w:r>
        <w:br w:type="page"/>
      </w:r>
    </w:p>
    <w:p>
      <w:pPr>
        <w:pStyle w:val="Heading1"/>
      </w:pPr>
      <w:r>
        <w:t>Session preparation and feedback</w:t>
      </w:r>
    </w:p>
    <w:p>
      <w:r>
        <w:t>Use this page once your booking is confirmed. It helps turn the plan into outfits you actually wear.</w:t>
      </w:r>
    </w:p>
    <w:p>
      <w:r>
        <w:rPr>
          <w:b/>
        </w:rPr>
        <w:t>Confirmed session or delivery date and time zone</w:t>
      </w:r>
    </w:p>
    <w:p>
      <w:r>
        <w:t>[Type your answer here]</w:t>
      </w:r>
    </w:p>
    <w:p>
      <w:r>
        <w:rPr>
          <w:b/>
        </w:rPr>
        <w:t>Agreed secure sharing method</w:t>
      </w:r>
    </w:p>
    <w:p>
      <w:r>
        <w:t>[Type your answer here]</w:t>
      </w:r>
    </w:p>
    <w:p>
      <w:r>
        <w:rPr>
          <w:b/>
        </w:rPr>
        <w:t>Items or questions to prioritize</w:t>
      </w:r>
    </w:p>
    <w:p>
      <w:r>
        <w:t>[Type your answer here]</w:t>
      </w:r>
    </w:p>
    <w:p>
      <w:r>
        <w:rPr>
          <w:b/>
        </w:rPr>
        <w:t>After delivery which looks feel most like you</w:t>
      </w:r>
    </w:p>
    <w:p>
      <w:r>
        <w:t>[Type your answer here]</w:t>
      </w:r>
    </w:p>
    <w:p>
      <w:r>
        <w:rPr>
          <w:b/>
        </w:rPr>
        <w:t>What needs an adjustment within your included revision</w:t>
      </w:r>
    </w:p>
    <w:p>
      <w:r>
        <w:t>[Type your answer here]</w:t>
      </w:r>
    </w:p>
    <w:p>
      <w:r>
        <w:rPr>
          <w:b/>
        </w:rPr>
        <w:t>What have you reworn repaired or paired differently</w:t>
      </w:r>
    </w:p>
    <w:p>
      <w:r>
        <w:t>[Type your answer here]</w:t>
      </w:r>
    </w:p>
    <w:p>
      <w:r>
        <w:rPr>
          <w:b/>
        </w:rPr>
        <w:t>What should we discuss at your included follow up</w:t>
      </w:r>
    </w:p>
    <w:p>
      <w:r>
        <w:t>[Type your answer here]</w:t>
      </w:r>
    </w:p>
    <w:p>
      <w:r>
        <w:t>Before any new purchase, check whether an existing item, repair, alteration, swap, or secondhand option meets the need. No environmental savings are calculated or guaranteed by this brief.</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September 10 2026  •  Draft preparation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HASHTAG MY STYLE  /  CLIENT EXPERIENCE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